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CRISTO LIBERA GLOBAL THEOLOGICAL INSTITUTE (CLGTI)</w:t>
      </w:r>
    </w:p>
    <w:p>
      <w:pPr>
        <w:jc w:val="center"/>
      </w:pPr>
      <w:r>
        <w:rPr>
          <w:i/>
          <w:sz w:val="24"/>
        </w:rPr>
        <w:t>Formulario Oficial de Admisión</w:t>
      </w:r>
    </w:p>
    <w:p/>
    <w:p>
      <w:r>
        <w:t>El propósito de este formulario es evaluar integridad doctrinal, carácter cristiano y referencias ministeriales antes de conceder acceso a los Diplomados Internacionales del Cristo Libera Global Theological Institute.</w:t>
      </w:r>
    </w:p>
    <w:p>
      <w:r>
        <w:t>Correo oficial de admisiones: admisiones@cristoliberainstitute.org</w:t>
      </w:r>
    </w:p>
    <w:p>
      <w:r>
        <w:br w:type="page"/>
      </w:r>
    </w:p>
    <w:p>
      <w:pPr>
        <w:jc w:val="center"/>
      </w:pPr>
      <w:r>
        <w:rPr>
          <w:b/>
          <w:sz w:val="40"/>
        </w:rPr>
        <w:t>FORMULARIO A</w:t>
      </w:r>
    </w:p>
    <w:p>
      <w:pPr>
        <w:jc w:val="center"/>
      </w:pPr>
      <w:r>
        <w:rPr>
          <w:i/>
          <w:sz w:val="24"/>
        </w:rPr>
        <w:t>Admisión para Pastores / Obispos / Apóstoles / Ministros Ordenados</w:t>
      </w:r>
    </w:p>
    <w:p>
      <w:r>
        <w:rPr>
          <w:b/>
          <w:sz w:val="28"/>
        </w:rPr>
        <w:t>1. Información Personal</w:t>
      </w:r>
    </w:p>
    <w:p>
      <w:r>
        <w:t>Nombre completo: _________________________________________________</w:t>
      </w:r>
    </w:p>
    <w:p>
      <w:r>
        <w:t>País / Ciudad: _________________________________________________</w:t>
      </w:r>
    </w:p>
    <w:p>
      <w:r>
        <w:t>WhatsApp: _________________________________________________</w:t>
      </w:r>
    </w:p>
    <w:p>
      <w:r>
        <w:t>Correo electrónico: _________________________________________________</w:t>
      </w:r>
    </w:p>
    <w:p>
      <w:r>
        <w:t>Idioma preferido de formación: _________________________________________________</w:t>
      </w:r>
    </w:p>
    <w:p>
      <w:r>
        <w:rPr>
          <w:b/>
          <w:sz w:val="28"/>
        </w:rPr>
        <w:t>2. Información Ministerial</w:t>
      </w:r>
    </w:p>
    <w:p>
      <w:r>
        <w:t>Cargo ministerial: _________________________________________________</w:t>
      </w:r>
    </w:p>
    <w:p>
      <w:r>
        <w:t>Nombre oficial de la iglesia o ministerio: _________________________________________________</w:t>
      </w:r>
    </w:p>
    <w:p>
      <w:r>
        <w:t>Denominación / Concilio / Cobertura: _________________________________________________</w:t>
      </w:r>
    </w:p>
    <w:p>
      <w:r>
        <w:t>Dirección o ciudad de la congregación: _________________________________________________</w:t>
      </w:r>
    </w:p>
    <w:p>
      <w:r>
        <w:t>Sitio web o redes sociales: _________________________________________________</w:t>
      </w:r>
    </w:p>
    <w:p>
      <w:r>
        <w:t>Años en el ministerio: _________________________________________________</w:t>
      </w:r>
    </w:p>
    <w:p>
      <w:r>
        <w:t>Cantidad aproximada de miembros: _________________________________________________</w:t>
      </w:r>
    </w:p>
    <w:p>
      <w:r>
        <w:t>☐ Deseo implementar el CLGTI como programa formativo dentro de mi iglesia.</w:t>
      </w:r>
    </w:p>
    <w:p>
      <w:r>
        <w:t>☐ Deseo estudiar primero de forma personal y posteriormente implementarlo en mi iglesia.</w:t>
      </w:r>
    </w:p>
    <w:p>
      <w:r>
        <w:rPr>
          <w:b/>
          <w:sz w:val="28"/>
        </w:rPr>
        <w:t>3. Propósito Ministerial</w:t>
      </w:r>
    </w:p>
    <w:p>
      <w:r>
        <w:t>¿Por qué desea ingresar al CLGTI y qué espera que Cristo haga en su vida y ministerio a través de esta formación?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t>¿Cuál es su enfoque ministerial principal actualmente?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rPr>
          <w:b/>
          <w:sz w:val="28"/>
        </w:rPr>
        <w:t>4. Referencias Ministeriales (Obligatorias)</w:t>
      </w:r>
    </w:p>
    <w:p>
      <w:r>
        <w:t>Referencia 1</w:t>
      </w:r>
    </w:p>
    <w:p>
      <w:r>
        <w:t>Nombre y apellido: _________________________________________________</w:t>
      </w:r>
    </w:p>
    <w:p>
      <w:r>
        <w:t>Cargo / Iglesia: _________________________________________________</w:t>
      </w:r>
    </w:p>
    <w:p>
      <w:r>
        <w:t>País / Ciudad: _________________________________________________</w:t>
      </w:r>
    </w:p>
    <w:p>
      <w:r>
        <w:t>WhatsApp: _________________________________________________</w:t>
      </w:r>
    </w:p>
    <w:p>
      <w:r>
        <w:t>Correo electrónico: _________________________________________________</w:t>
      </w:r>
    </w:p>
    <w:p>
      <w:r>
        <w:t>Relación con el solicitante: _________________________________________________</w:t>
      </w:r>
    </w:p>
    <w:p>
      <w:r>
        <w:t>Referencia 2</w:t>
      </w:r>
    </w:p>
    <w:p>
      <w:r>
        <w:t>Nombre y apellido: _________________________________________________</w:t>
      </w:r>
    </w:p>
    <w:p>
      <w:r>
        <w:t>Cargo / Iglesia: _________________________________________________</w:t>
      </w:r>
    </w:p>
    <w:p>
      <w:r>
        <w:t>País / Ciudad: _________________________________________________</w:t>
      </w:r>
    </w:p>
    <w:p>
      <w:r>
        <w:t>WhatsApp: _________________________________________________</w:t>
      </w:r>
    </w:p>
    <w:p>
      <w:r>
        <w:t>Correo electrónico: _________________________________________________</w:t>
      </w:r>
    </w:p>
    <w:p>
      <w:r>
        <w:t>Relación con el solicitante: _________________________________________________</w:t>
      </w:r>
    </w:p>
    <w:p>
      <w:r>
        <w:rPr>
          <w:b/>
          <w:sz w:val="28"/>
        </w:rPr>
        <w:t>5. Declaración y Firma</w:t>
      </w:r>
    </w:p>
    <w:p>
      <w:r>
        <w:t>☐ Declaro que la información proporcionada es verdadera y verificable.</w:t>
      </w:r>
    </w:p>
    <w:p>
      <w:r>
        <w:t>☐ Solicito formación para servir a Cristo y edificar su Iglesia con integridad.</w:t>
      </w:r>
    </w:p>
    <w:p>
      <w:r>
        <w:t>☐ Acepto someterme a los estándares doctrinales y académicos del CLGTI.</w:t>
      </w:r>
    </w:p>
    <w:p>
      <w:r>
        <w:t>Nombre (firma): _________________________________________________</w:t>
      </w:r>
    </w:p>
    <w:p>
      <w:r>
        <w:t>Fecha: _________________________________________________</w:t>
      </w:r>
    </w:p>
    <w:p>
      <w:r>
        <w:t>El Cristo Libera Global Theological Institute puede solicitar verificación adicional o una entrevista (Zoom o llamada) antes de confirmar la admisión.</w:t>
      </w:r>
    </w:p>
    <w:p>
      <w:r>
        <w:br w:type="page"/>
      </w:r>
    </w:p>
    <w:p>
      <w:pPr>
        <w:jc w:val="center"/>
      </w:pPr>
      <w:r>
        <w:rPr>
          <w:b/>
          <w:sz w:val="40"/>
        </w:rPr>
        <w:t>FORMULARIO B</w:t>
      </w:r>
    </w:p>
    <w:p>
      <w:pPr>
        <w:jc w:val="center"/>
      </w:pPr>
      <w:r>
        <w:rPr>
          <w:i/>
          <w:sz w:val="24"/>
        </w:rPr>
        <w:t>Admisión para Estudiantes / Creyentes en Formación</w:t>
      </w:r>
    </w:p>
    <w:p>
      <w:r>
        <w:rPr>
          <w:b/>
          <w:sz w:val="28"/>
        </w:rPr>
        <w:t>1. Información Personal</w:t>
      </w:r>
    </w:p>
    <w:p>
      <w:r>
        <w:t>Nombre completo: _________________________________________________</w:t>
      </w:r>
    </w:p>
    <w:p>
      <w:r>
        <w:t>País / Ciudad: _________________________________________________</w:t>
      </w:r>
    </w:p>
    <w:p>
      <w:r>
        <w:t>WhatsApp: _________________________________________________</w:t>
      </w:r>
    </w:p>
    <w:p>
      <w:r>
        <w:t>Correo electrónico: _________________________________________________</w:t>
      </w:r>
    </w:p>
    <w:p>
      <w:r>
        <w:t>Idioma preferido de formación: _________________________________________________</w:t>
      </w:r>
    </w:p>
    <w:p>
      <w:r>
        <w:rPr>
          <w:b/>
          <w:sz w:val="28"/>
        </w:rPr>
        <w:t>2. Información de Iglesia</w:t>
      </w:r>
    </w:p>
    <w:p>
      <w:r>
        <w:t>Iglesia local: _________________________________________________</w:t>
      </w:r>
    </w:p>
    <w:p>
      <w:r>
        <w:t>Nombre del pastor o líder principal: _________________________________________________</w:t>
      </w:r>
    </w:p>
    <w:p>
      <w:r>
        <w:t>Ciudad / País de la iglesia: _________________________________________________</w:t>
      </w:r>
    </w:p>
    <w:p>
      <w:r>
        <w:t>Tiempo congregándose: _________________________________________________</w:t>
      </w:r>
    </w:p>
    <w:p>
      <w:r>
        <w:t>☐ Sirvo activamente en mi iglesia</w:t>
      </w:r>
    </w:p>
    <w:p>
      <w:r>
        <w:t>Área de servicio: _________________________________________________</w:t>
      </w:r>
    </w:p>
    <w:p>
      <w:r>
        <w:rPr>
          <w:b/>
          <w:sz w:val="28"/>
        </w:rPr>
        <w:t>3. Motivación de Estudio</w:t>
      </w:r>
    </w:p>
    <w:p>
      <w:r>
        <w:t>¿Por qué desea estudiar en el CLGTI?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t>Áreas que desea fortalecer:</w:t>
      </w:r>
    </w:p>
    <w:p>
      <w:r>
        <w:t>☐ Doctrina bíblica</w:t>
      </w:r>
    </w:p>
    <w:p>
      <w:r>
        <w:t>☐ Vida devocional</w:t>
      </w:r>
    </w:p>
    <w:p>
      <w:r>
        <w:t>☐ Carácter y madurez</w:t>
      </w:r>
    </w:p>
    <w:p>
      <w:r>
        <w:t>☐ Liderazgo cristiano</w:t>
      </w:r>
    </w:p>
    <w:p>
      <w:r>
        <w:t>☐ Guerra espiritual bíblica</w:t>
      </w:r>
    </w:p>
    <w:p>
      <w:r>
        <w:t>☐ Consejería y sanidad interior</w:t>
      </w:r>
    </w:p>
    <w:p>
      <w:r>
        <w:t>☐ Otro: ______________________________</w:t>
      </w:r>
    </w:p>
    <w:p>
      <w:r>
        <w:rPr>
          <w:b/>
          <w:sz w:val="28"/>
        </w:rPr>
        <w:t>4. Referencias</w:t>
      </w:r>
    </w:p>
    <w:p>
      <w:r>
        <w:t>Referencia 1 (Pastor o líder)</w:t>
      </w:r>
    </w:p>
    <w:p>
      <w:r>
        <w:t>Nombre: _________________________________________________</w:t>
      </w:r>
    </w:p>
    <w:p>
      <w:r>
        <w:t>Cargo / Iglesia: _________________________________________________</w:t>
      </w:r>
    </w:p>
    <w:p>
      <w:r>
        <w:t>País / Ciudad: _________________________________________________</w:t>
      </w:r>
    </w:p>
    <w:p>
      <w:r>
        <w:t>WhatsApp: _________________________________________________</w:t>
      </w:r>
    </w:p>
    <w:p>
      <w:r>
        <w:t>Correo: _________________________________________________</w:t>
      </w:r>
    </w:p>
    <w:p>
      <w:r>
        <w:t>Referencia 2</w:t>
      </w:r>
    </w:p>
    <w:p>
      <w:r>
        <w:t>Nombre: _________________________________________________</w:t>
      </w:r>
    </w:p>
    <w:p>
      <w:r>
        <w:t>Cargo o relación: _________________________________________________</w:t>
      </w:r>
    </w:p>
    <w:p>
      <w:r>
        <w:t>País / Ciudad: _________________________________________________</w:t>
      </w:r>
    </w:p>
    <w:p>
      <w:r>
        <w:t>WhatsApp: _________________________________________________</w:t>
      </w:r>
    </w:p>
    <w:p>
      <w:r>
        <w:t>Correo: _________________________________________________</w:t>
      </w:r>
    </w:p>
    <w:p>
      <w:r>
        <w:rPr>
          <w:b/>
          <w:sz w:val="28"/>
        </w:rPr>
        <w:t>5. Declaración y Firma</w:t>
      </w:r>
    </w:p>
    <w:p>
      <w:r>
        <w:t>☐ Declaro que la información proporcionada es verdadera.</w:t>
      </w:r>
    </w:p>
    <w:p>
      <w:r>
        <w:t>☐ Acepto estudiar con disciplina y respeto a la doctrina bíblica.</w:t>
      </w:r>
    </w:p>
    <w:p>
      <w:r>
        <w:t>☐ Entiendo que el Cristo Libera Global Theological Institute (CLGTI) puede solicitar verificación adicional o entrevista si lo considera necesario.</w:t>
      </w:r>
    </w:p>
    <w:p>
      <w:r>
        <w:t>Nombre (firma): _________________________________________________</w:t>
      </w:r>
    </w:p>
    <w:p>
      <w:r>
        <w:t>Fecha: _________________________________________________</w:t>
      </w:r>
    </w:p>
    <w:p/>
    <w:p>
      <w:r>
        <w:t>Nota institucional:</w:t>
      </w:r>
    </w:p>
    <w:p>
      <w:r>
        <w:t>El equipo de admisiones revisará cuidadosamente cada solicitud. Nos pondremos en contacto con usted después de evaluar la información enviada.</w:t>
      </w:r>
    </w:p>
    <w:p>
      <w:r>
        <w:t>Si después de 48 horas no ha recibido respuesta, puede escribir nuevamente a:</w:t>
      </w:r>
    </w:p>
    <w:p>
      <w:r>
        <w:t>admisiones@cristoliberainstitute.org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