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1828800" cy="12192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13B02A1-2D74-41C2-B00E-C9EE30E59054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19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  <w:jc w:val="center"/>
      </w:pPr>
      <w:r>
        <w:t>CRISTO LIBERA GLOBAL THEOLOGICAL INSTITUTE</w:t>
      </w:r>
    </w:p>
    <w:p>
      <w:pPr>
        <w:jc w:val="center"/>
      </w:pPr>
      <w:r>
        <w:t>Seattle, Washington, United States</w:t>
        <w:br/>
        <w:t>International Biblical and Ministerial Formation</w:t>
      </w:r>
    </w:p>
    <w:p>
      <w:pPr>
        <w:pStyle w:val="Heading2"/>
      </w:pPr>
      <w:r>
        <w:t>Presentación Institucional y Oportunidad de Colaboración</w:t>
      </w:r>
    </w:p>
    <w:p>
      <w:r>
        <w:t>Estimado(a) líder, pastor, obispo o representante ministerial:</w:t>
        <w:br/>
        <w:br/>
        <w:t>Reciba un cordial saludo y nuestras expresiones de respeto.</w:t>
        <w:br/>
        <w:br/>
        <w:t>Por medio de la presente deseamos presentar a Cristo Libera Global Theological Institute (CLGTI), una iniciativa internacional de formación teológica y ministerial con coordinación global desde Seattle, Washington, Estados Unidos.</w:t>
        <w:br/>
        <w:br/>
        <w:t>Nuestro propósito es presentar una oportunidad de colaboración para fortalecer iglesias, líderes y redes ministeriales mediante infraestructura académica bíblica y recursos multilingües.</w:t>
        <w:br/>
        <w:br/>
        <w:t>También presentamos este material para su evaluación y, si lo consideran apropiado, para ser compartido con iglesias y líderes bajo su cobertura ministerial.</w:t>
        <w:br/>
        <w:br/>
        <w:t>Adjunto encontrará nuestro prospecto institucional.</w:t>
        <w:br/>
        <w:br/>
        <w:t>Con respeto y aprecio,</w:t>
        <w:br/>
        <w:br/>
        <w:t>Roger D. Muñoz</w:t>
        <w:br/>
        <w:t>Fundador y Director General</w:t>
        <w:br/>
        <w:t>Cristo Libera Global Theological Institute</w:t>
        <w:br/>
        <w:br/>
        <w:t>Admisiones@cristoliberainstitute.org</w:t>
        <w:br/>
        <w:t>www.cristoliberainstitute.org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